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pPr>
              <w:spacing w:after="20" w:line="245" w:lineRule="auto"/>
            </w:pPr>
            <w:r/>
            <w:r>
              <w:rPr>
                <w:b/>
                <w:i/>
                <w:color w:val="000000"/>
                <w:sz w:val="27"/>
              </w:rPr>
              <w:t>St. Joseph’s Anglo-Chinese School</w:t>
            </w:r>
          </w:p>
          <w:p>
            <w:pPr>
              <w:spacing w:after="20" w:line="245" w:lineRule="auto"/>
            </w:pPr>
            <w:r>
              <w:rPr>
                <w:b/>
                <w:i/>
                <w:color w:val="000000"/>
                <w:sz w:val="24"/>
              </w:rPr>
              <w:t>Form 5 English Language</w:t>
            </w:r>
          </w:p>
          <w:p>
            <w:pPr>
              <w:spacing w:after="20" w:line="245" w:lineRule="auto"/>
            </w:pPr>
            <w:r>
              <w:rPr>
                <w:b/>
                <w:i/>
                <w:color w:val="000000"/>
                <w:sz w:val="19"/>
              </w:rPr>
              <w:t>Paper 4 Speaking – Exam Practice (DSE 2016 Set 8.2)</w:t>
            </w:r>
          </w:p>
        </w:tc>
      </w:tr>
    </w:tbl>
    <w:p>
      <w:pPr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6353202" cy="81838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sson3_2016_8.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53202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 w:val="0"/>
        <w:spacing w:after="120" w:line="259" w:lineRule="auto"/>
      </w:pPr>
      <w:r>
        <w:rPr>
          <w:b/>
          <w:i w:val="0"/>
          <w:sz w:val="26"/>
          <w:u w:val="none"/>
        </w:rPr>
        <w:t>Note Grid – Your Notes for the Discussion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1.  whether it is important to present a good image on social media</w:t>
            </w:r>
          </w:p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2.  what is acceptable behaviour on social media</w:t>
            </w:r>
          </w:p>
          <w:p/>
          <w:p/>
          <w:p/>
          <w:p/>
          <w:p/>
          <w:p/>
          <w:p/>
          <w:p/>
          <w:p/>
        </w:tc>
      </w:tr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3.  other problems young people have using social media</w:t>
            </w:r>
          </w:p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4.  anything else you think is important</w:t>
            </w:r>
          </w:p>
          <w:p/>
          <w:p/>
          <w:p/>
          <w:p/>
          <w:p/>
          <w:p/>
          <w:p/>
          <w:p/>
          <w:p/>
        </w:tc>
      </w:tr>
    </w:tbl>
    <w:p>
      <w:pPr>
        <w:keepNext w:val="0"/>
        <w:spacing w:after="80" w:line="259" w:lineRule="auto"/>
      </w:pPr>
    </w:p>
    <w:p>
      <w:pPr>
        <w:keepNext w:val="0"/>
        <w:spacing w:after="120" w:line="259" w:lineRule="auto"/>
      </w:pPr>
      <w:r>
        <w:rPr>
          <w:b/>
          <w:i w:val="0"/>
          <w:sz w:val="26"/>
          <w:u w:val="none"/>
        </w:rPr>
        <w:t>Note Grid – Your Notes for Part B Individual Response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Question: ___________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Question: ___________</w:t>
            </w:r>
          </w:p>
          <w:p/>
          <w:p/>
          <w:p/>
          <w:p/>
          <w:p/>
          <w:p/>
          <w:p/>
          <w:p/>
          <w:p/>
          <w:p/>
        </w:tc>
      </w:tr>
    </w:tbl>
    <w:sectPr w:rsidR="00FC693F" w:rsidRPr="0006063C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